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535"/>
      </w:pPr>
      <w:r>
        <w:rPr>
          <w:b w:val="0"/>
        </w:rPr>
        <w:t>____________________ (наименование организации или ИП)</w:t>
      </w:r>
    </w:p>
    <w:p>
      <w:pPr>
        <w:spacing w:after="0"/>
        <w:ind w:left="4535"/>
      </w:pPr>
      <w:r>
        <w:rPr>
          <w:b w:val="0"/>
        </w:rPr>
        <w:t>ОГРН/ИНН ____________________</w:t>
      </w:r>
    </w:p>
    <w:p>
      <w:pPr>
        <w:spacing w:after="0"/>
        <w:ind w:left="4535"/>
      </w:pPr>
      <w:r>
        <w:rPr>
          <w:b w:val="0"/>
        </w:rPr>
        <w:t>Адрес: ____________________</w:t>
      </w:r>
    </w:p>
    <w:p>
      <w:pPr>
        <w:spacing w:after="0"/>
        <w:ind w:left="4535"/>
      </w:pPr>
      <w:r>
        <w:rPr>
          <w:b w:val="0"/>
        </w:rPr>
        <w:t>от ____________________ (Ф. И. О.)</w:t>
      </w:r>
    </w:p>
    <w:p>
      <w:pPr>
        <w:spacing w:after="0"/>
        <w:ind w:left="4535"/>
      </w:pPr>
      <w:r>
        <w:rPr>
          <w:b w:val="0"/>
        </w:rPr>
        <w:t>Адрес: ____________________</w:t>
      </w:r>
    </w:p>
    <w:p>
      <w:pPr>
        <w:spacing w:after="0"/>
        <w:ind w:left="4535"/>
      </w:pPr>
      <w:r>
        <w:rPr>
          <w:b w:val="0"/>
        </w:rPr>
        <w:t>Телефон: __________, эл. почта: __________</w:t>
      </w:r>
    </w:p>
    <w:p>
      <w:pPr>
        <w:spacing w:after="0" w:before="360"/>
        <w:jc w:val="center"/>
      </w:pPr>
      <w:r>
        <w:rPr>
          <w:b/>
        </w:rPr>
        <w:t>ЗАЯВЛЕНИЕ</w:t>
      </w:r>
    </w:p>
    <w:p>
      <w:pPr>
        <w:spacing w:after="240"/>
        <w:jc w:val="center"/>
      </w:pPr>
      <w:r>
        <w:rPr>
          <w:b/>
        </w:rPr>
        <w:t>о возврате денежных средств</w:t>
      </w:r>
    </w:p>
    <w:p>
      <w:pPr>
        <w:spacing w:after="120"/>
        <w:ind w:firstLine="567"/>
        <w:jc w:val="both"/>
      </w:pPr>
      <w:r>
        <w:rPr>
          <w:b w:val="0"/>
        </w:rPr>
        <w:t>«___» ____________ 20___ г. мною оплачено __________ (____________________) рублей по [договору № __________ от «___» ____________ 20___ г. / счёту № __________ / заказу № __________] за ____________________ (товар, услуга, работа), что подтверждается ____________________ (кассовый чек, банковская выписка, квитанция).</w:t>
      </w:r>
    </w:p>
    <w:p>
      <w:pPr>
        <w:spacing w:after="120"/>
        <w:ind w:firstLine="567"/>
        <w:jc w:val="both"/>
      </w:pPr>
      <w:r>
        <w:rPr>
          <w:b w:val="0"/>
        </w:rPr>
        <w:t>Основание для возврата (выберите нужное):</w:t>
      </w:r>
    </w:p>
    <w:p>
      <w:pPr>
        <w:spacing w:after="120"/>
        <w:ind w:firstLine="567"/>
        <w:jc w:val="both"/>
      </w:pPr>
      <w:r>
        <w:rPr>
          <w:b w:val="0"/>
        </w:rPr>
        <w:t>— отказ от договора оказания услуг до их оказания или в процессе оказания: на основании статьи 32 Закона РФ «О защите прав потребителей» и статьи 782 ГК РФ прошу вернуть уплаченную сумму за вычетом фактически понесённых исполнителем расходов, связанных с исполнением договора, подтверждённых документально;</w:t>
      </w:r>
    </w:p>
    <w:p>
      <w:pPr>
        <w:spacing w:after="120"/>
        <w:ind w:firstLine="567"/>
        <w:jc w:val="both"/>
      </w:pPr>
      <w:r>
        <w:rPr>
          <w:b w:val="0"/>
        </w:rPr>
        <w:t>— недостатки оказанной услуги (выполненной работы): на основании статьи 29 Закона прошу вернуть уплаченную сумму в течение 10 дней (статья 31 Закона);</w:t>
      </w:r>
    </w:p>
    <w:p>
      <w:pPr>
        <w:spacing w:after="120"/>
        <w:ind w:firstLine="567"/>
        <w:jc w:val="both"/>
      </w:pPr>
      <w:r>
        <w:rPr>
          <w:b w:val="0"/>
        </w:rPr>
        <w:t>— товар не передан в установленный срок после предоплаты: на основании статьи 23.1 Закона прошу вернуть сумму предварительной оплаты в течение 10 дней со дня предъявления требования;</w:t>
      </w:r>
    </w:p>
    <w:p>
      <w:pPr>
        <w:spacing w:after="120"/>
        <w:ind w:firstLine="567"/>
        <w:jc w:val="both"/>
      </w:pPr>
      <w:r>
        <w:rPr>
          <w:b w:val="0"/>
        </w:rPr>
        <w:t>— ошибочный или повторный платёж: прошу вернуть излишне перечисленную сумму как неосновательное обогащение (статья 1102 ГК РФ).</w:t>
      </w:r>
    </w:p>
    <w:p>
      <w:pPr>
        <w:spacing w:after="120"/>
        <w:ind w:firstLine="567"/>
        <w:jc w:val="both"/>
      </w:pPr>
      <w:r>
        <w:rPr>
          <w:b w:val="0"/>
        </w:rPr>
        <w:t>Сумма к возврату: __________ (____________________) рублей. Денежные средства прошу перечислить [на карту, с которой производилась оплата / по реквизитам: получатель ____________________, счёт ____________________, банк ____________________, БИК __________].</w:t>
      </w:r>
    </w:p>
    <w:p>
      <w:pPr>
        <w:spacing w:after="120"/>
        <w:ind w:firstLine="567"/>
        <w:jc w:val="both"/>
      </w:pPr>
      <w:r>
        <w:rPr>
          <w:b w:val="0"/>
        </w:rPr>
        <w:t>При неисполнении требования в установленный срок оставляю за собой право обратиться в суд с требованием о взыскании суммы, неустойки, процентов по статье 395 ГК РФ, компенсации морального вреда и штрафа по пункту 6 статьи 13 Закона «О защите прав потребителей».</w:t>
      </w:r>
    </w:p>
    <w:p>
      <w:pPr>
        <w:spacing w:after="120"/>
        <w:ind w:firstLine="567"/>
        <w:jc w:val="both"/>
      </w:pPr>
      <w:r>
        <w:rPr>
          <w:b w:val="0"/>
        </w:rPr>
        <w:t>Приложения: копия платёжного документа; копия договора (заказа); [иные документы].</w:t>
      </w:r>
    </w:p>
    <w:p>
      <w:pPr>
        <w:spacing w:after="40"/>
      </w:pPr>
      <w:r>
        <w:rPr>
          <w:b w:val="0"/>
        </w:rPr>
        <w:t>«___» ____________ 20___ г.</w:t>
      </w:r>
    </w:p>
    <w:p>
      <w:pPr>
        <w:spacing w:after="40"/>
      </w:pPr>
      <w:r>
        <w:rPr>
          <w:b w:val="0"/>
        </w:rPr>
        <w:t>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денежных средств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