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</w:rPr>
        <w:t>ЗАДАНИЕ № __________</w:t>
      </w:r>
    </w:p>
    <w:p>
      <w:pPr>
        <w:spacing w:after="240"/>
        <w:jc w:val="center"/>
      </w:pPr>
      <w:r>
        <w:rPr>
          <w:b/>
        </w:rPr>
        <w:t>к договору [оказания услуг / подряда] № __________ от «___» ____________ 20___ г.</w:t>
      </w:r>
    </w:p>
    <w:p>
      <w:pPr>
        <w:tabs>
          <w:tab w:pos="9638" w:val="right"/>
        </w:tabs>
        <w:spacing w:after="240"/>
      </w:pPr>
      <w:r>
        <w:rPr>
          <w:b w:val="0"/>
        </w:rPr>
        <w:t>г. __________</w:t>
        <w:tab/>
        <w:t>«___» ____________ 20___ г.</w:t>
      </w:r>
    </w:p>
    <w:p>
      <w:pPr>
        <w:spacing w:after="120"/>
        <w:ind w:firstLine="567"/>
        <w:jc w:val="both"/>
      </w:pPr>
      <w:r>
        <w:rPr>
          <w:b w:val="0"/>
        </w:rPr>
        <w:t>____________________, именуемый(ое) в дальнейшем «Заказчик», и ____________________ (Ф. И. О.), именуемый(ая) в дальнейшем «Исполнитель», согласовали настоящее задание, являющееся неотъемлемой частью договора № __________ от «___» ____________ 20___ г. (далее — Договор):</w:t>
      </w:r>
    </w:p>
    <w:p>
      <w:pPr>
        <w:spacing w:after="120"/>
        <w:ind w:firstLine="567"/>
        <w:jc w:val="both"/>
      </w:pPr>
      <w:r>
        <w:rPr>
          <w:b w:val="0"/>
        </w:rPr>
        <w:t>1. Наименование услуг (работ): ____________________.</w:t>
      </w:r>
    </w:p>
    <w:p>
      <w:pPr>
        <w:spacing w:after="120"/>
        <w:ind w:firstLine="567"/>
        <w:jc w:val="both"/>
      </w:pPr>
      <w:r>
        <w:rPr>
          <w:b w:val="0"/>
        </w:rPr>
        <w:t>2. Содержание и объём: ____________________ (перечень действий, количество единиц, требования к результату).</w:t>
      </w:r>
    </w:p>
    <w:p>
      <w:pPr>
        <w:spacing w:after="120"/>
        <w:ind w:firstLine="567"/>
        <w:jc w:val="both"/>
      </w:pPr>
      <w:r>
        <w:rPr>
          <w:b w:val="0"/>
        </w:rPr>
        <w:t>3. Результат, передаваемый Заказчику: ____________________ (отчёт, файлы, макет, текст, изготовленная вещь и т. п.), формат и способ передачи: ____________________.</w:t>
      </w:r>
    </w:p>
    <w:p>
      <w:pPr>
        <w:spacing w:after="120"/>
        <w:ind w:firstLine="567"/>
        <w:jc w:val="both"/>
      </w:pPr>
      <w:r>
        <w:rPr>
          <w:b w:val="0"/>
        </w:rPr>
        <w:t>4. Требования к качеству: ____________________ (технические требования, стандарты, критерии приёмки).</w:t>
      </w:r>
    </w:p>
    <w:p>
      <w:pPr>
        <w:spacing w:after="120"/>
        <w:ind w:firstLine="567"/>
        <w:jc w:val="both"/>
      </w:pPr>
      <w:r>
        <w:rPr>
          <w:b w:val="0"/>
        </w:rPr>
        <w:t>5. Сроки: начало — «___» ____________ 20___ г.; окончание — «___» ____________ 20___ г.; промежуточные этапы: ____________________.</w:t>
      </w:r>
    </w:p>
    <w:p>
      <w:pPr>
        <w:spacing w:after="120"/>
        <w:ind w:firstLine="567"/>
        <w:jc w:val="both"/>
      </w:pPr>
      <w:r>
        <w:rPr>
          <w:b w:val="0"/>
        </w:rPr>
        <w:t>6. Место оказания услуг (выполнения работ): ____________________. Исполнитель самостоятельно определяет способ выполнения задания и не подчиняется правилам внутреннего трудового распорядка Заказчика.</w:t>
      </w:r>
    </w:p>
    <w:p>
      <w:pPr>
        <w:spacing w:after="120"/>
        <w:ind w:firstLine="567"/>
        <w:jc w:val="both"/>
      </w:pPr>
      <w:r>
        <w:rPr>
          <w:b w:val="0"/>
        </w:rPr>
        <w:t>7. Материалы и оборудование предоставляет [Заказчик / Исполнитель]: ____________________.</w:t>
      </w:r>
    </w:p>
    <w:p>
      <w:pPr>
        <w:spacing w:after="120"/>
        <w:ind w:firstLine="567"/>
        <w:jc w:val="both"/>
      </w:pPr>
      <w:r>
        <w:rPr>
          <w:b w:val="0"/>
        </w:rPr>
        <w:t>8. Стоимость по заданию — __________ (____________________) рублей. Оплата производится в течение __________ рабочих дней после подписания акта сдачи-приёмки.</w:t>
      </w:r>
    </w:p>
    <w:p>
      <w:pPr>
        <w:spacing w:after="120"/>
        <w:ind w:firstLine="567"/>
        <w:jc w:val="both"/>
      </w:pPr>
      <w:r>
        <w:rPr>
          <w:b w:val="0"/>
        </w:rPr>
        <w:t>9. Приёмка: Исполнитель направляет результат и акт; Заказчик в течение __________ рабочих дней подписывает акт или направляет мотивированный отказ с перечнем замечаний. Исправление замечаний — в течение __________ рабочих дней.</w:t>
      </w:r>
    </w:p>
    <w:p>
      <w:pPr>
        <w:spacing w:after="120"/>
        <w:ind w:firstLine="567"/>
        <w:jc w:val="both"/>
      </w:pPr>
      <w:r>
        <w:rPr>
          <w:b w:val="0"/>
        </w:rPr>
        <w:t>10. Во всём, что не предусмотрено заданием, Стороны руководствуются Договором.</w:t>
      </w:r>
    </w:p>
    <w:p>
      <w:pPr>
        <w:spacing w:after="120"/>
        <w:jc w:val="center"/>
      </w:pPr>
      <w:r>
        <w:rPr>
          <w:b/>
        </w:rPr>
        <w:t>Реквизиты и подписи сторон</w:t>
      </w:r>
    </w:p>
    <w:p>
      <w:pPr>
        <w:spacing w:after="40"/>
      </w:pPr>
      <w:r>
        <w:rPr>
          <w:b/>
        </w:rPr>
        <w:t>Заказчик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40"/>
      </w:pPr>
      <w:r>
        <w:rPr>
          <w:b/>
        </w:rPr>
        <w:t>Исполнитель</w:t>
      </w:r>
    </w:p>
    <w:p>
      <w:pPr>
        <w:spacing w:after="40"/>
      </w:pPr>
      <w:r>
        <w:rPr>
          <w:b w:val="0"/>
        </w:rPr>
        <w:t>____________________</w:t>
      </w:r>
    </w:p>
    <w:p>
      <w:pPr>
        <w:spacing w:after="40"/>
      </w:pPr>
      <w:r>
        <w:rPr>
          <w:b w:val="0"/>
        </w:rPr>
        <w:t>__________ / ____________________ /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к договору ГПХ</dc:title>
  <dc:subject/>
  <dc:creator>ДокГард — docgard.ru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