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left="4535"/>
      </w:pPr>
      <w:r>
        <w:rPr>
          <w:b w:val="0"/>
        </w:rPr>
        <w:t>Кому: ____________________ (Ф. И. О. наймодателя / нанимателя)</w:t>
      </w:r>
    </w:p>
    <w:p>
      <w:pPr>
        <w:spacing w:after="0"/>
        <w:ind w:left="4535"/>
      </w:pPr>
      <w:r>
        <w:rPr>
          <w:b w:val="0"/>
        </w:rPr>
        <w:t>Адрес: ____________________</w:t>
      </w:r>
    </w:p>
    <w:p>
      <w:pPr>
        <w:spacing w:after="0"/>
        <w:ind w:left="4535"/>
      </w:pPr>
      <w:r>
        <w:rPr>
          <w:b w:val="0"/>
        </w:rPr>
        <w:t>От: ____________________ (Ф. И. О.)</w:t>
      </w:r>
    </w:p>
    <w:p>
      <w:pPr>
        <w:spacing w:after="0"/>
        <w:ind w:left="4535"/>
      </w:pPr>
      <w:r>
        <w:rPr>
          <w:b w:val="0"/>
        </w:rPr>
        <w:t>Адрес: ____________________</w:t>
      </w:r>
    </w:p>
    <w:p>
      <w:pPr>
        <w:spacing w:after="0"/>
        <w:ind w:left="4535"/>
      </w:pPr>
      <w:r>
        <w:rPr>
          <w:b w:val="0"/>
        </w:rPr>
        <w:t>Телефон: __________</w:t>
      </w:r>
    </w:p>
    <w:p>
      <w:pPr>
        <w:spacing w:after="0" w:before="360"/>
        <w:jc w:val="center"/>
      </w:pPr>
      <w:r>
        <w:rPr>
          <w:b/>
        </w:rPr>
        <w:t>УВЕДОМЛЕНИЕ</w:t>
      </w:r>
    </w:p>
    <w:p>
      <w:pPr>
        <w:spacing w:after="240"/>
        <w:jc w:val="center"/>
      </w:pPr>
      <w:r>
        <w:rPr>
          <w:b/>
        </w:rPr>
        <w:t>о расторжении договора аренды (найма) квартиры</w:t>
      </w:r>
    </w:p>
    <w:p>
      <w:pPr>
        <w:spacing w:after="120"/>
        <w:ind w:firstLine="567"/>
        <w:jc w:val="both"/>
      </w:pPr>
      <w:r>
        <w:rPr>
          <w:b w:val="0"/>
        </w:rPr>
        <w:t>Между нами заключён договор аренды (найма) квартиры по адресу: ____________________ от «___» ____________ 20___ г. № __________ (далее — Договор).</w:t>
      </w:r>
    </w:p>
    <w:p>
      <w:pPr>
        <w:spacing w:after="120"/>
        <w:ind w:firstLine="567"/>
        <w:jc w:val="both"/>
      </w:pPr>
      <w:r>
        <w:rPr>
          <w:b w:val="0"/>
        </w:rPr>
        <w:t>Вариант А — от нанимателя. Настоящим уведомляю о расторжении Договора в одностороннем порядке на основании пункта 1 статьи 687 ГК РФ [и пункта ___ Договора]. Договор прекращается по истечении трёх месяцев с даты получения уведомления [либо: по истечении срока, установленного Договором, — ____ дней], то есть 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Вариант Б — от наймодателя. Настоящим уведомляю об отказе от Договора на основании пункта ____ Договора [либо: о прекращении Договора в связи с истечением его срока «___» ____________ 20___ г. и отказе от его продления — статья 684 ГК РФ]. Прошу освободить квартиру не позднее 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Прошу в день освобождения квартиры подписать акт возврата, принять ключи и снять показания приборов учёта. Обеспечительный платёж (залог) в размере __________ рублей прошу вернуть [наличными / переводом по реквизитам: ____________________] за вычетом задолженности, подтверждённой актом.</w:t>
      </w:r>
    </w:p>
    <w:p>
      <w:pPr>
        <w:spacing w:after="120"/>
        <w:ind w:firstLine="567"/>
        <w:jc w:val="both"/>
      </w:pPr>
      <w:r>
        <w:rPr>
          <w:b w:val="0"/>
        </w:rPr>
        <w:t>Плата за наём внесена по «___» ____________ 20___ г. Задолженности по оплате [нет / имеется в размере __________ рублей и будет погашена до «___» ____________ 20___ г.].</w:t>
      </w:r>
    </w:p>
    <w:p>
      <w:pPr>
        <w:spacing w:after="40"/>
      </w:pPr>
      <w:r>
        <w:rPr>
          <w:b w:val="0"/>
        </w:rPr>
        <w:t>«___» ____________ 20___ г.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120"/>
        <w:jc w:val="center"/>
      </w:pPr>
      <w:r>
        <w:rPr>
          <w:b/>
        </w:rPr>
        <w:t>Отметка о получении</w:t>
      </w:r>
    </w:p>
    <w:p>
      <w:pPr>
        <w:spacing w:after="120"/>
        <w:ind w:firstLine="567"/>
        <w:jc w:val="both"/>
      </w:pPr>
      <w:r>
        <w:rPr>
          <w:b w:val="0"/>
        </w:rPr>
        <w:t>Уведомление получил(а): «___» ____________ 20___ г.  __________ / ____________________ /</w:t>
      </w:r>
    </w:p>
    <w:p>
      <w:pPr>
        <w:spacing w:after="120"/>
        <w:ind w:firstLine="567"/>
        <w:jc w:val="both"/>
      </w:pPr>
      <w:r>
        <w:rPr>
          <w:b w:val="0"/>
        </w:rPr>
        <w:t>Если уведомление направлено почтой, сохраните опись вложения и квитанцию: срок отсчитывается с даты получения письма адресатом.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 аренды квартиры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