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 w:val="0"/>
        </w:rPr>
        <w:t>____________________ (должность, Ф. И. О. работника)</w:t>
      </w:r>
    </w:p>
    <w:p>
      <w:pPr>
        <w:spacing w:after="0"/>
        <w:ind w:left="4535"/>
      </w:pPr>
      <w:r>
        <w:rPr>
          <w:b w:val="0"/>
        </w:rPr>
        <w:t>____________________ (структурное подразделение)</w:t>
      </w:r>
    </w:p>
    <w:p>
      <w:pPr>
        <w:spacing w:after="0" w:before="360"/>
        <w:jc w:val="center"/>
      </w:pPr>
      <w:r>
        <w:rPr>
          <w:b/>
        </w:rPr>
        <w:t>УВЕДОМЛЕНИЕ № __________</w:t>
      </w:r>
    </w:p>
    <w:p>
      <w:pPr>
        <w:spacing w:after="240"/>
        <w:jc w:val="center"/>
      </w:pPr>
      <w:r>
        <w:rPr>
          <w:b/>
        </w:rPr>
        <w:t>о прекращении срочного трудового договора</w:t>
      </w:r>
    </w:p>
    <w:p>
      <w:pPr>
        <w:spacing w:after="120"/>
        <w:ind w:firstLine="567"/>
        <w:jc w:val="both"/>
      </w:pPr>
      <w:r>
        <w:rPr>
          <w:b w:val="0"/>
        </w:rPr>
        <w:t>Уважаемый(ая) ____________________!</w:t>
      </w:r>
    </w:p>
    <w:p>
      <w:pPr>
        <w:spacing w:after="120"/>
        <w:ind w:firstLine="567"/>
        <w:jc w:val="both"/>
      </w:pPr>
      <w:r>
        <w:rPr>
          <w:b w:val="0"/>
        </w:rPr>
        <w:t>Уведомляем Вас, что заключённый с Вами срочный трудовой договор № __________ от «___» ____________ 20___ г. прекращается «___» ____________ 20___ г. в связи с истечением срока его действия (пункт 2 части первой статьи 77, статья 79 Трудового кодекса Российской Федерации).</w:t>
      </w:r>
    </w:p>
    <w:p>
      <w:pPr>
        <w:spacing w:after="120"/>
        <w:ind w:firstLine="567"/>
        <w:jc w:val="both"/>
      </w:pPr>
      <w:r>
        <w:rPr>
          <w:b w:val="0"/>
        </w:rPr>
        <w:t>Последний рабочий день — «___» ____________ 20___ г. В этот день Вам будут выданы сведения о трудовой деятельности (форма СТД-Р) [трудовая книжка], справка о сумме заработной платы и произведён окончательный расчёт, включая компенсацию за неиспользованный отпуск.</w:t>
      </w:r>
    </w:p>
    <w:p>
      <w:pPr>
        <w:spacing w:after="120"/>
        <w:ind w:firstLine="567"/>
        <w:jc w:val="both"/>
      </w:pPr>
      <w:r>
        <w:rPr>
          <w:b w:val="0"/>
        </w:rPr>
        <w:t>Уведомление вручается не менее чем за три календарных дня до увольнения (часть первая статьи 79 ТК РФ). Если ни одна из сторон не потребует расторжения договора в связи с истечением срока и работник продолжит работу, договор считается заключённым на неопределённый срок (часть четвёртая статьи 58 ТК РФ).</w:t>
      </w:r>
    </w:p>
    <w:p>
      <w:pPr>
        <w:spacing w:after="120"/>
        <w:ind w:firstLine="567"/>
        <w:jc w:val="both"/>
      </w:pPr>
      <w:r>
        <w:rPr>
          <w:b w:val="0"/>
        </w:rPr>
        <w:t>Срочный трудовой договор с беременной работницей продлевается по её письменному заявлению до окончания беременности, а при предоставлении отпуска по беременности и родам — до окончания такого отпуска (статья 261 ТК РФ).</w:t>
      </w:r>
    </w:p>
    <w:p>
      <w:pPr>
        <w:spacing w:after="40"/>
      </w:pPr>
      <w:r>
        <w:rPr>
          <w:b w:val="0"/>
        </w:rPr>
        <w:t>____________________ (должность руководителя)  __________ / ____________________ /</w:t>
      </w:r>
    </w:p>
    <w:p>
      <w:pPr>
        <w:spacing w:after="40"/>
      </w:pPr>
      <w:r>
        <w:rPr>
          <w:b w:val="0"/>
        </w:rPr>
        <w:t>«___» ____________ 20___ г.</w:t>
      </w:r>
    </w:p>
    <w:p>
      <w:pPr>
        <w:spacing w:after="120"/>
        <w:jc w:val="center"/>
      </w:pPr>
      <w:r>
        <w:rPr>
          <w:b/>
        </w:rPr>
        <w:t>Отметка об ознакомлении</w:t>
      </w:r>
    </w:p>
    <w:p>
      <w:pPr>
        <w:spacing w:after="120"/>
        <w:ind w:firstLine="567"/>
        <w:jc w:val="both"/>
      </w:pPr>
      <w:r>
        <w:rPr>
          <w:b w:val="0"/>
        </w:rPr>
        <w:t>С уведомлением ознакомлен(а), один экземпляр получил(а): «___» ____________ 20___ г.  __________ / ____________________ /</w:t>
      </w:r>
    </w:p>
    <w:p>
      <w:pPr>
        <w:spacing w:after="120"/>
        <w:jc w:val="center"/>
      </w:pPr>
      <w:r>
        <w:rPr>
          <w:b/>
        </w:rPr>
        <w:t>Когда уведомление не требуется</w:t>
      </w:r>
    </w:p>
    <w:p>
      <w:pPr>
        <w:spacing w:after="120"/>
        <w:ind w:firstLine="567"/>
        <w:jc w:val="both"/>
      </w:pPr>
      <w:r>
        <w:rPr>
          <w:b w:val="0"/>
        </w:rPr>
        <w:t>Предупреждать работника не нужно, если истекает срок договора, заключённого на время исполнения обязанностей отсутствующего работника: такой договор прекращается с выходом этого работника на работу (части первая и третья статьи 79 ТК РФ).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срочного трудового договора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