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СОГЛАШЕНИЕ</w:t>
      </w:r>
    </w:p>
    <w:p>
      <w:pPr>
        <w:spacing w:after="240"/>
        <w:jc w:val="center"/>
      </w:pPr>
      <w:r>
        <w:rPr>
          <w:b/>
        </w:rPr>
        <w:t>об отсутствии взаимных претензий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____________________, именуемый(ая/ое) в дальнейшем «Сторона 1», и ____________________, именуемый(ая/ое) в дальнейшем «Сторона 2», вместе — «Стороны», заключили настоящее соглашение о нижеследующем:</w:t>
      </w:r>
    </w:p>
    <w:p>
      <w:pPr>
        <w:spacing w:after="120"/>
        <w:ind w:firstLine="567"/>
        <w:jc w:val="both"/>
      </w:pPr>
      <w:r>
        <w:rPr>
          <w:b w:val="0"/>
        </w:rPr>
        <w:t>1. Стороны подтверждают, что обязательства по ____________________ (договор № ___ от ___ / иное основание) исполнены: Сторона 1 — ____________________; Сторона 2 — ____________________.</w:t>
      </w:r>
    </w:p>
    <w:p>
      <w:pPr>
        <w:spacing w:after="120"/>
        <w:ind w:firstLine="567"/>
        <w:jc w:val="both"/>
      </w:pPr>
      <w:r>
        <w:rPr>
          <w:b w:val="0"/>
        </w:rPr>
        <w:t>2. Расчёты между Сторонами произведены полностью: Сторона __________ уплатила Стороне __________ __________ (____________________) рублей [либо: денежные обязательства между Сторонами отсутствуют].</w:t>
      </w:r>
    </w:p>
    <w:p>
      <w:pPr>
        <w:spacing w:after="120"/>
        <w:ind w:firstLine="567"/>
        <w:jc w:val="both"/>
      </w:pPr>
      <w:r>
        <w:rPr>
          <w:b w:val="0"/>
        </w:rPr>
        <w:t>3. Стороны не имеют друг к другу претензий по качеству, количеству, срокам исполнения, оплате, неустойкам, процентам и возмещению убытков, связанных с указанным основанием.</w:t>
      </w:r>
    </w:p>
    <w:p>
      <w:pPr>
        <w:spacing w:after="120"/>
        <w:ind w:firstLine="567"/>
        <w:jc w:val="both"/>
      </w:pPr>
      <w:r>
        <w:rPr>
          <w:b w:val="0"/>
        </w:rPr>
        <w:t>4. Исключение — сохраняющиеся требования: ____________________ [либо: исключений нет]. Гарантийные обязательства, предусмотренные законом или договором, сохраняют силу, если иное прямо не указано.</w:t>
      </w:r>
    </w:p>
    <w:p>
      <w:pPr>
        <w:spacing w:after="120"/>
        <w:ind w:firstLine="567"/>
        <w:jc w:val="both"/>
      </w:pPr>
      <w:r>
        <w:rPr>
          <w:b w:val="0"/>
        </w:rPr>
        <w:t>5. Соглашение не распространяется на обязательства, которые возникнут после его подписания, и на требования, от которых нельзя отказаться в силу закона (например, о возмещении вреда жизни и здоровью).</w:t>
      </w:r>
    </w:p>
    <w:p>
      <w:pPr>
        <w:spacing w:after="120"/>
        <w:ind w:firstLine="567"/>
        <w:jc w:val="both"/>
      </w:pPr>
      <w:r>
        <w:rPr>
          <w:b w:val="0"/>
        </w:rPr>
        <w:t>6. Соглашение составлено в двух экземплярах, по одному для каждой Стороны, и вступает в силу с момента подписания.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Сторона 1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Паспорт/ИНН: 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/>
        </w:rPr>
        <w:t>Сторона 2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Паспорт/ИНН: 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отсутствии взаимных претензий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