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ДОВЕРЕННОСТЬ</w:t>
      </w:r>
    </w:p>
    <w:p>
      <w:pPr>
        <w:spacing w:after="240"/>
        <w:jc w:val="center"/>
      </w:pPr>
      <w:r>
        <w:rPr>
          <w:b/>
        </w:rPr>
        <w:t>на получение денежных средств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Я, ____________________ (Ф. И. О.), «___» ____________ 20___ г. года рождения, паспорт серия __________ № __________, выдан ____________________, дата выдачи «___» ____________ 20___ г., код подразделения __________, зарегистрированный(ая) по адресу: ____________________,</w:t>
      </w:r>
    </w:p>
    <w:p>
      <w:pPr>
        <w:spacing w:after="120"/>
        <w:ind w:firstLine="567"/>
        <w:jc w:val="both"/>
      </w:pPr>
      <w:r>
        <w:rPr>
          <w:b w:val="0"/>
        </w:rPr>
        <w:t>настоящей доверенностью уполномочиваю ____________________ (Ф. И. О.), «___» ____________ 20___ г. года рождения, паспорт серия __________ № __________, выдан ____________________, дата выдачи «___» ____________ 20___ г., зарегистрированного(ую) по адресу: ____________________,</w:t>
      </w:r>
    </w:p>
    <w:p>
      <w:pPr>
        <w:spacing w:after="120"/>
        <w:ind w:firstLine="567"/>
        <w:jc w:val="both"/>
      </w:pPr>
      <w:r>
        <w:rPr>
          <w:b w:val="0"/>
        </w:rPr>
        <w:t>получить причитающиеся мне денежные средства: ____________________ (вид выплаты: заработная плата / пособие / оплата по договору № ___ от ___ / возврат денежных средств / иное) в сумме __________ (____________________) рублей [либо: в полной причитающейся сумме] от ____________________ (наименование организации или Ф. И. О. плательщика).</w:t>
      </w:r>
    </w:p>
    <w:p>
      <w:pPr>
        <w:spacing w:after="120"/>
        <w:ind w:firstLine="567"/>
        <w:jc w:val="both"/>
      </w:pPr>
      <w:r>
        <w:rPr>
          <w:b w:val="0"/>
        </w:rPr>
        <w:t>Для выполнения поручения представитель вправе подавать от моего имени заявления, получать справки и документы, расписываться в расходных кассовых ордерах, ведомостях и расписках и совершать иные действия, необходимые для получения денежных средств.</w:t>
      </w:r>
    </w:p>
    <w:p>
      <w:pPr>
        <w:spacing w:after="120"/>
        <w:ind w:firstLine="567"/>
        <w:jc w:val="both"/>
      </w:pPr>
      <w:r>
        <w:rPr>
          <w:b w:val="0"/>
        </w:rPr>
        <w:t>Доверенность выдана сроком на __________ [если срок не указан — на один год со дня совершения, статья 186 ГК РФ] без права передоверия [либо: с правом передоверия].</w:t>
      </w:r>
    </w:p>
    <w:p>
      <w:pPr>
        <w:spacing w:after="120"/>
        <w:ind w:firstLine="567"/>
        <w:jc w:val="both"/>
      </w:pPr>
      <w:r>
        <w:rPr>
          <w:b w:val="0"/>
        </w:rPr>
        <w:t>Доверенность может быть отменена мною в любое время (статья 188 ГК РФ).</w:t>
      </w:r>
    </w:p>
    <w:p>
      <w:pPr>
        <w:spacing w:after="120"/>
        <w:ind w:firstLine="567"/>
        <w:jc w:val="both"/>
      </w:pPr>
      <w:r>
        <w:rPr>
          <w:b w:val="0"/>
        </w:rPr>
        <w:t>Подпись представителя __________ удостоверяю.</w:t>
      </w:r>
    </w:p>
    <w:p>
      <w:pPr>
        <w:spacing w:after="40"/>
      </w:pPr>
      <w:r>
        <w:rPr>
          <w:b w:val="0"/>
        </w:rPr>
        <w:t>«___» ____________ 20___ г.</w:t>
      </w:r>
    </w:p>
    <w:p>
      <w:pPr>
        <w:spacing w:after="40"/>
      </w:pPr>
      <w:r>
        <w:rPr>
          <w:b w:val="0"/>
        </w:rPr>
        <w:t>__________ / ____________________ / (подпись доверителя)</w:t>
      </w:r>
    </w:p>
    <w:p>
      <w:pPr>
        <w:spacing w:after="120"/>
        <w:jc w:val="center"/>
      </w:pPr>
      <w:r>
        <w:rPr>
          <w:b/>
        </w:rPr>
        <w:t>Когда нужна нотариальная доверенность</w:t>
      </w:r>
    </w:p>
    <w:p>
      <w:pPr>
        <w:spacing w:after="120"/>
        <w:ind w:firstLine="567"/>
        <w:jc w:val="both"/>
      </w:pPr>
      <w:r>
        <w:rPr>
          <w:b w:val="0"/>
        </w:rPr>
        <w:t>Для получения денег у организации или гражданина достаточно простой письменной формы. Нотариальное удостоверение требуется, если доверенность выдаётся на совершение сделок, требующих нотариальной формы, на подачу заявлений о государственной регистрации или распоряжение зарегистрированными правами (статья 185.1 ГК РФ). Банки, как правило, принимают нотариальные доверенности или доверенности, оформленные по их собственной форме в отделении. Доверенность на получение заработной платы и иных выплат, связанных с трудовыми отношениями, пенсий, пособий и стипендий может быть удостоверена организацией, в которой доверитель работает или учится.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денег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