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ДОГОВОР</w:t>
      </w:r>
    </w:p>
    <w:p>
      <w:pPr>
        <w:spacing w:after="240"/>
        <w:jc w:val="center"/>
      </w:pPr>
      <w:r>
        <w:rPr>
          <w:b/>
        </w:rPr>
        <w:t>купли-продажи земельного участка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гражданин(ка) РФ ____________________, паспорт серия __________ № __________, выдан ____________________, зарегистрированный(ая) по адресу: ____________________, именуемый(ая) в дальнейшем «Продавец», с одной стороны, и гражданин(ка) РФ ____________________, паспорт серия __________ № __________, выдан ____________________, зарегистрированный(ая) по адресу: ____________________, именуемый(ая) в дальнейшем «Покупатель», с другой стороны, заключили настоящий договор о нижеследующем:</w:t>
      </w:r>
    </w:p>
    <w:p>
      <w:pPr>
        <w:spacing w:after="120"/>
        <w:jc w:val="center"/>
      </w:pPr>
      <w:r>
        <w:rPr>
          <w:b/>
        </w:rPr>
        <w:t>1. Предмет договора</w:t>
      </w:r>
    </w:p>
    <w:p>
      <w:pPr>
        <w:spacing w:after="120"/>
        <w:ind w:firstLine="567"/>
        <w:jc w:val="both"/>
      </w:pPr>
      <w:r>
        <w:rPr>
          <w:b w:val="0"/>
        </w:rPr>
        <w:t>1.1. Продавец обязуется передать в собственность Покупателя, а Покупатель обязуется принять и оплатить земельный участок площадью __________ кв. м, кадастровый номер ____________________, категория земель ____________________, вид разрешённого использования ____________________, расположенный по адресу (местоположение): ____________________ (далее — Участок). На Участке здания, строения и сооружения отсутствуют.</w:t>
      </w:r>
    </w:p>
    <w:p>
      <w:pPr>
        <w:spacing w:after="120"/>
        <w:ind w:firstLine="567"/>
        <w:jc w:val="both"/>
      </w:pPr>
      <w:r>
        <w:rPr>
          <w:b w:val="0"/>
        </w:rPr>
        <w:t>1.2. Участок принадлежит Продавцу на праве собственности на основании ____________________, право зарегистрировано в ЕГРН «___» ____________ 20___ г., номер регистрации ____________________, что подтверждается выпиской из ЕГРН от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1.3. Границы Участка установлены в соответствии с требованиями земельного законодательства. Продавец довёл до Покупателя имеющуюся у него информацию об обременениях Участка и ограничениях его использования (статья 37 Земельного кодекса РФ): ____________________.</w:t>
      </w:r>
    </w:p>
    <w:p>
      <w:pPr>
        <w:spacing w:after="120"/>
        <w:ind w:firstLine="567"/>
        <w:jc w:val="both"/>
      </w:pPr>
      <w:r>
        <w:rPr>
          <w:b w:val="0"/>
        </w:rPr>
        <w:t>1.4. Сведения о подключении (технологическом присоединении) к сетям: электроснабжение — __________; газоснабжение — __________; водоснабжение — __________.</w:t>
      </w:r>
    </w:p>
    <w:p>
      <w:pPr>
        <w:spacing w:after="120"/>
        <w:ind w:firstLine="567"/>
        <w:jc w:val="both"/>
      </w:pPr>
      <w:r>
        <w:rPr>
          <w:b w:val="0"/>
        </w:rPr>
        <w:t>1.5. Продавец гарантирует, что до заключения договора отчуждаемое имущество никому не продано, не подарено, не заложено, в споре, под арестом и запретом не состоит, не обременено правами третьих лиц, о которых Покупатель не уведомлён.</w:t>
      </w:r>
    </w:p>
    <w:p>
      <w:pPr>
        <w:spacing w:after="120"/>
        <w:jc w:val="center"/>
      </w:pPr>
      <w:r>
        <w:rPr>
          <w:b/>
        </w:rPr>
        <w:t>2. Цена и порядок расчётов</w:t>
      </w:r>
    </w:p>
    <w:p>
      <w:pPr>
        <w:spacing w:after="120"/>
        <w:ind w:firstLine="567"/>
        <w:jc w:val="both"/>
      </w:pPr>
      <w:r>
        <w:rPr>
          <w:b w:val="0"/>
        </w:rPr>
        <w:t>2.1. Цена договора составляет __________ (____________________) рублей. Цена является окончательной и изменению не подлежит.</w:t>
      </w:r>
    </w:p>
    <w:p>
      <w:pPr>
        <w:spacing w:after="120"/>
        <w:ind w:firstLine="567"/>
        <w:jc w:val="both"/>
      </w:pPr>
      <w:r>
        <w:rPr>
          <w:b w:val="0"/>
        </w:rPr>
        <w:t>2.2. Покупатель оплачивает цену [до подписания договора наличными, что подтверждается распиской Продавца / в течение __________ рабочих дней после государственной регистрации перехода права собственности путём перечисления на счёт Продавца / через аккредитив (банковскую ячейку) на условиях: ____________________].</w:t>
      </w:r>
    </w:p>
    <w:p>
      <w:pPr>
        <w:spacing w:after="120"/>
        <w:ind w:firstLine="567"/>
        <w:jc w:val="both"/>
      </w:pPr>
      <w:r>
        <w:rPr>
          <w:b w:val="0"/>
        </w:rPr>
        <w:t>2.3. До полной оплаты имущество [находится / не находится] в залоге у Продавца (пункт 5 статьи 488 ГК РФ). Стороны договорились, что право залога [возникает / не возникает].</w:t>
      </w:r>
    </w:p>
    <w:p>
      <w:pPr>
        <w:spacing w:after="120"/>
        <w:jc w:val="center"/>
      </w:pPr>
      <w:r>
        <w:rPr>
          <w:b/>
        </w:rPr>
        <w:t>3. Передача и переход права собственности</w:t>
      </w:r>
    </w:p>
    <w:p>
      <w:pPr>
        <w:spacing w:after="120"/>
        <w:ind w:firstLine="567"/>
        <w:jc w:val="both"/>
      </w:pPr>
      <w:r>
        <w:rPr>
          <w:b w:val="0"/>
        </w:rPr>
        <w:t>3.1. Передача имущества производится по передаточному акту в течение __________ дней после [подписания договора / государственной регистрации перехода права] (статья 556 ГК РФ). С момента подписания акта риск случайной гибели переходит к Покупателю.</w:t>
      </w:r>
    </w:p>
    <w:p>
      <w:pPr>
        <w:spacing w:after="120"/>
        <w:ind w:firstLine="567"/>
        <w:jc w:val="both"/>
      </w:pPr>
      <w:r>
        <w:rPr>
          <w:b w:val="0"/>
        </w:rPr>
        <w:t>3.2. Право собственности переходит к Покупателю с момента государственной регистрации в ЕГРН (статья 551 ГК РФ). Стороны подают заявления о регистрации в течение 5 (пяти) рабочих дней после подписания договора.</w:t>
      </w:r>
    </w:p>
    <w:p>
      <w:pPr>
        <w:spacing w:after="120"/>
        <w:ind w:firstLine="567"/>
        <w:jc w:val="both"/>
      </w:pPr>
      <w:r>
        <w:rPr>
          <w:b w:val="0"/>
        </w:rPr>
        <w:t>3.3. Расходы на государственную регистрацию несёт ____________________. Налоги и сборы, связанные с владением имуществом, до даты передачи уплачивает Продавец.</w:t>
      </w:r>
    </w:p>
    <w:p>
      <w:pPr>
        <w:spacing w:after="120"/>
        <w:jc w:val="center"/>
      </w:pPr>
      <w:r>
        <w:rPr>
          <w:b/>
        </w:rPr>
        <w:t>4. Ответственность и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4.1. При изъятии имущества у Покупателя третьими лицами по основаниям, возникшим до исполнения договора, Продавец возмещает Покупателю понесённые убытки (статья 461 ГК РФ).</w:t>
      </w:r>
    </w:p>
    <w:p>
      <w:pPr>
        <w:spacing w:after="120"/>
        <w:ind w:firstLine="567"/>
        <w:jc w:val="both"/>
      </w:pPr>
      <w:r>
        <w:rPr>
          <w:b w:val="0"/>
        </w:rPr>
        <w:t>4.2. Покупатель осмотрел имущество, недостатков, не оговорённых в договоре, не выявил. Продавец не отвечает за недостатки, которые были оговорены или могли быть обнаружены при обычном осмотре.</w:t>
      </w:r>
    </w:p>
    <w:p>
      <w:pPr>
        <w:spacing w:after="120"/>
        <w:ind w:firstLine="567"/>
        <w:jc w:val="both"/>
      </w:pPr>
      <w:r>
        <w:rPr>
          <w:b w:val="0"/>
        </w:rPr>
        <w:t>4.3. Споры разрешаются в суде по месту нахождения имущества. Договор составлен в __________ экземплярах: по одному для каждой Стороны и, при подаче на бумаге, один — для органа регистрации прав.</w:t>
      </w:r>
    </w:p>
    <w:p>
      <w:pPr>
        <w:spacing w:after="120"/>
        <w:ind w:firstLine="567"/>
        <w:jc w:val="both"/>
      </w:pPr>
      <w:r>
        <w:rPr>
          <w:b w:val="0"/>
        </w:rPr>
        <w:t>4.4. Продавец подтверждает, что [не состоит в браке / нотариальное согласие супруга на продажу получено]. Стороны подтверждают, что не лишены и не ограничены в дееспособности, не страдают заболеваниями, препятствующими осознать суть договора, и договор не является для них кабальной сделкой.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Продавец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Покупатель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120"/>
        <w:jc w:val="center"/>
      </w:pPr>
      <w:r>
        <w:rPr>
          <w:b/>
        </w:rPr>
        <w:t>Передаточный акт (приложение)</w:t>
      </w:r>
    </w:p>
    <w:p>
      <w:pPr>
        <w:spacing w:after="120"/>
        <w:ind w:firstLine="567"/>
        <w:jc w:val="both"/>
      </w:pPr>
      <w:r>
        <w:rPr>
          <w:b w:val="0"/>
        </w:rPr>
        <w:t>«___» ____________ 20___ г. Продавец передал, а Покупатель принял участок по договору купли-продажи от «___» ____________ 20___ г. в состоянии, соответствующем условиям договора. Переданы ключи и документы: ____________________. Расчёты произведены [полностью / в части __________ рублей]. Претензий Стороны не имеют.</w:t>
      </w:r>
    </w:p>
    <w:p>
      <w:pPr>
        <w:spacing w:after="120"/>
        <w:ind w:firstLine="567"/>
        <w:jc w:val="both"/>
      </w:pPr>
      <w:r>
        <w:rPr>
          <w:b w:val="0"/>
        </w:rPr>
        <w:t>Продавец __________ / ____________________ /     Покупатель 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без строений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